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FC594" w14:textId="00D7288D" w:rsidR="004772C6" w:rsidRPr="002D0FB0" w:rsidRDefault="00DF1AFA">
      <w:pPr>
        <w:pStyle w:val="Heading1"/>
        <w:rPr>
          <w:rFonts w:ascii="Arial" w:hAnsi="Arial" w:cs="Arial"/>
        </w:rPr>
      </w:pPr>
      <w:r w:rsidRPr="002D0FB0">
        <w:rPr>
          <w:rFonts w:ascii="Arial" w:hAnsi="Arial" w:cs="Arial"/>
        </w:rPr>
        <w:t xml:space="preserve">Legal Aid SA </w:t>
      </w:r>
      <w:r w:rsidR="00000E22">
        <w:rPr>
          <w:rFonts w:ascii="Arial" w:hAnsi="Arial" w:cs="Arial"/>
        </w:rPr>
        <w:t xml:space="preserve">Gqeberha 50/2026 </w:t>
      </w:r>
      <w:r w:rsidR="00FB5D1F">
        <w:rPr>
          <w:rFonts w:ascii="Arial" w:hAnsi="Arial" w:cs="Arial"/>
        </w:rPr>
        <w:t>Clarification</w:t>
      </w:r>
      <w:r w:rsidR="00000E22">
        <w:rPr>
          <w:rFonts w:ascii="Arial" w:hAnsi="Arial" w:cs="Arial"/>
        </w:rPr>
        <w:t xml:space="preserve"> Session</w:t>
      </w:r>
      <w:r w:rsidR="00FB5D1F">
        <w:rPr>
          <w:rFonts w:ascii="Arial" w:hAnsi="Arial" w:cs="Arial"/>
        </w:rPr>
        <w:t xml:space="preserve">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5510"/>
        <w:gridCol w:w="6587"/>
      </w:tblGrid>
      <w:tr w:rsidR="00995036" w:rsidRPr="002D0FB0" w14:paraId="28DCCB57" w14:textId="77777777" w:rsidTr="001364AF">
        <w:tc>
          <w:tcPr>
            <w:tcW w:w="571" w:type="dxa"/>
            <w:shd w:val="clear" w:color="auto" w:fill="95B3D7"/>
          </w:tcPr>
          <w:p w14:paraId="573B7BFB" w14:textId="77777777" w:rsidR="00995036" w:rsidRPr="002D0FB0" w:rsidRDefault="00995036" w:rsidP="00995036">
            <w:pPr>
              <w:rPr>
                <w:rFonts w:ascii="Arial" w:hAnsi="Arial" w:cs="Arial"/>
              </w:rPr>
            </w:pPr>
          </w:p>
        </w:tc>
        <w:tc>
          <w:tcPr>
            <w:tcW w:w="12097" w:type="dxa"/>
            <w:gridSpan w:val="2"/>
            <w:shd w:val="clear" w:color="auto" w:fill="95B3D7"/>
          </w:tcPr>
          <w:p w14:paraId="20103563" w14:textId="77777777" w:rsidR="00995036" w:rsidRPr="002D0FB0" w:rsidRDefault="00995036" w:rsidP="00995036">
            <w:pPr>
              <w:jc w:val="center"/>
              <w:rPr>
                <w:rFonts w:ascii="Arial" w:hAnsi="Arial" w:cs="Arial"/>
                <w:b/>
              </w:rPr>
            </w:pPr>
            <w:r w:rsidRPr="002D0FB0">
              <w:rPr>
                <w:rFonts w:ascii="Arial" w:hAnsi="Arial" w:cs="Arial"/>
                <w:b/>
              </w:rPr>
              <w:t>BRIEFING SESSION QUESTIONS AND ANSWERS</w:t>
            </w:r>
          </w:p>
        </w:tc>
      </w:tr>
      <w:tr w:rsidR="0052271A" w:rsidRPr="002D0FB0" w14:paraId="216BAA5C" w14:textId="77777777" w:rsidTr="001364AF">
        <w:tc>
          <w:tcPr>
            <w:tcW w:w="571" w:type="dxa"/>
            <w:vAlign w:val="center"/>
          </w:tcPr>
          <w:p w14:paraId="1FA9B2EE" w14:textId="2C935198" w:rsidR="0052271A" w:rsidRPr="002D0FB0" w:rsidRDefault="0052271A" w:rsidP="0052271A">
            <w:pPr>
              <w:rPr>
                <w:rFonts w:ascii="Arial" w:hAnsi="Arial" w:cs="Arial"/>
              </w:rPr>
            </w:pPr>
            <w:r w:rsidRPr="002D0FB0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5510" w:type="dxa"/>
            <w:vAlign w:val="center"/>
          </w:tcPr>
          <w:p w14:paraId="4C42052A" w14:textId="717271B9" w:rsidR="0052271A" w:rsidRPr="002D0FB0" w:rsidRDefault="0052271A" w:rsidP="0052271A">
            <w:pPr>
              <w:rPr>
                <w:rFonts w:ascii="Arial" w:hAnsi="Arial" w:cs="Arial"/>
              </w:rPr>
            </w:pPr>
            <w:r w:rsidRPr="002D0FB0">
              <w:rPr>
                <w:rFonts w:ascii="Arial" w:hAnsi="Arial" w:cs="Arial"/>
                <w:b/>
                <w:bCs/>
              </w:rPr>
              <w:t>Question</w:t>
            </w:r>
          </w:p>
        </w:tc>
        <w:tc>
          <w:tcPr>
            <w:tcW w:w="6587" w:type="dxa"/>
            <w:vAlign w:val="center"/>
          </w:tcPr>
          <w:p w14:paraId="1BCCF8A6" w14:textId="1C052D70" w:rsidR="0052271A" w:rsidRPr="002D0FB0" w:rsidRDefault="00FB5D1F" w:rsidP="005227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Response/</w:t>
            </w:r>
            <w:r w:rsidR="007F3DB2">
              <w:rPr>
                <w:rFonts w:ascii="Arial" w:hAnsi="Arial" w:cs="Arial"/>
                <w:b/>
                <w:bCs/>
              </w:rPr>
              <w:t>Clari</w:t>
            </w:r>
            <w:r>
              <w:rPr>
                <w:rFonts w:ascii="Arial" w:hAnsi="Arial" w:cs="Arial"/>
                <w:b/>
                <w:bCs/>
              </w:rPr>
              <w:t>fication</w:t>
            </w:r>
          </w:p>
        </w:tc>
      </w:tr>
      <w:tr w:rsidR="0052271A" w:rsidRPr="002D0FB0" w14:paraId="5A69090B" w14:textId="77777777" w:rsidTr="001364AF">
        <w:tc>
          <w:tcPr>
            <w:tcW w:w="571" w:type="dxa"/>
            <w:vAlign w:val="center"/>
          </w:tcPr>
          <w:p w14:paraId="3A734BC9" w14:textId="4D88F874" w:rsidR="0052271A" w:rsidRPr="002D0FB0" w:rsidRDefault="0052271A" w:rsidP="0052271A">
            <w:pPr>
              <w:rPr>
                <w:rFonts w:ascii="Arial" w:hAnsi="Arial" w:cs="Arial"/>
              </w:rPr>
            </w:pPr>
            <w:r w:rsidRPr="002D0FB0">
              <w:rPr>
                <w:rFonts w:ascii="Arial" w:hAnsi="Arial" w:cs="Arial"/>
              </w:rPr>
              <w:t>1</w:t>
            </w:r>
          </w:p>
        </w:tc>
        <w:tc>
          <w:tcPr>
            <w:tcW w:w="5510" w:type="dxa"/>
            <w:vAlign w:val="center"/>
          </w:tcPr>
          <w:p w14:paraId="742F38FB" w14:textId="5213E74C" w:rsidR="0052271A" w:rsidRPr="002D0FB0" w:rsidRDefault="00FB5D1F" w:rsidP="0052271A">
            <w:pPr>
              <w:rPr>
                <w:rFonts w:ascii="Arial" w:hAnsi="Arial" w:cs="Arial"/>
              </w:rPr>
            </w:pPr>
            <w:r w:rsidRPr="00FB5D1F">
              <w:rPr>
                <w:rFonts w:ascii="Arial" w:hAnsi="Arial" w:cs="Arial"/>
              </w:rPr>
              <w:t xml:space="preserve">Clarification on the JV COIDA as not indicated to which partner should the COIDA be submitted main company or the partner JV? </w:t>
            </w:r>
          </w:p>
        </w:tc>
        <w:tc>
          <w:tcPr>
            <w:tcW w:w="6587" w:type="dxa"/>
            <w:vAlign w:val="center"/>
          </w:tcPr>
          <w:p w14:paraId="52A9E2A7" w14:textId="076959DD" w:rsidR="0052271A" w:rsidRPr="004E3E3E" w:rsidRDefault="004E3E3E" w:rsidP="0052271A">
            <w:pPr>
              <w:rPr>
                <w:rFonts w:ascii="Arial" w:hAnsi="Arial" w:cs="Arial"/>
                <w:color w:val="000000" w:themeColor="text1"/>
              </w:rPr>
            </w:pPr>
            <w:r w:rsidRPr="004E3E3E">
              <w:rPr>
                <w:rFonts w:ascii="Arial" w:hAnsi="Arial" w:cs="Arial"/>
                <w:color w:val="000000" w:themeColor="text1"/>
              </w:rPr>
              <w:t>In the case of Joint Ventures, the lead partner must submit at copy of valid appropriate public liability insurance of R 5 000 000.</w:t>
            </w:r>
          </w:p>
        </w:tc>
      </w:tr>
    </w:tbl>
    <w:p w14:paraId="1F3474E1" w14:textId="77777777" w:rsidR="00DF1AFA" w:rsidRPr="002D0FB0" w:rsidRDefault="00DF1AFA">
      <w:pPr>
        <w:rPr>
          <w:rFonts w:ascii="Arial" w:hAnsi="Arial" w:cs="Arial"/>
        </w:rPr>
      </w:pPr>
    </w:p>
    <w:sectPr w:rsidR="00DF1AFA" w:rsidRPr="002D0FB0" w:rsidSect="00592F6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22"/>
    <w:rsid w:val="00034616"/>
    <w:rsid w:val="0006063C"/>
    <w:rsid w:val="00066D03"/>
    <w:rsid w:val="00124F0E"/>
    <w:rsid w:val="001364AF"/>
    <w:rsid w:val="0015074B"/>
    <w:rsid w:val="00227AAB"/>
    <w:rsid w:val="0029639D"/>
    <w:rsid w:val="002D0CF9"/>
    <w:rsid w:val="002D0FB0"/>
    <w:rsid w:val="00324542"/>
    <w:rsid w:val="00326F90"/>
    <w:rsid w:val="004772C6"/>
    <w:rsid w:val="004E3E3E"/>
    <w:rsid w:val="0052271A"/>
    <w:rsid w:val="00592F62"/>
    <w:rsid w:val="005F0D40"/>
    <w:rsid w:val="00603241"/>
    <w:rsid w:val="007F3DB2"/>
    <w:rsid w:val="008E4792"/>
    <w:rsid w:val="009505F8"/>
    <w:rsid w:val="0096456F"/>
    <w:rsid w:val="00995036"/>
    <w:rsid w:val="00AA1D8D"/>
    <w:rsid w:val="00AC2353"/>
    <w:rsid w:val="00B47730"/>
    <w:rsid w:val="00BB3D1A"/>
    <w:rsid w:val="00C222ED"/>
    <w:rsid w:val="00C315E4"/>
    <w:rsid w:val="00C83B8F"/>
    <w:rsid w:val="00C84307"/>
    <w:rsid w:val="00CB0664"/>
    <w:rsid w:val="00DF1AFA"/>
    <w:rsid w:val="00E52481"/>
    <w:rsid w:val="00E55B84"/>
    <w:rsid w:val="00F710CD"/>
    <w:rsid w:val="00FB5D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2034A7"/>
  <w14:defaultImageDpi w14:val="300"/>
  <w15:docId w15:val="{67D97AC0-B5B1-4AFC-AFE5-D7B350E6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27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BD84A1-68F9-4DF6-9E9A-86100F71C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Legal Aid SA Clarification – Questions &amp; Answers</vt:lpstr>
    </vt:vector>
  </TitlesOfParts>
  <Manager/>
  <Company/>
  <LinksUpToDate>false</LinksUpToDate>
  <CharactersWithSpaces>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Nomalanga Nxumalo</cp:lastModifiedBy>
  <cp:revision>2</cp:revision>
  <cp:lastPrinted>2025-08-28T13:03:00Z</cp:lastPrinted>
  <dcterms:created xsi:type="dcterms:W3CDTF">2026-10-23T13:08:00Z</dcterms:created>
  <dcterms:modified xsi:type="dcterms:W3CDTF">2026-10-23T13:08:00Z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0f61da29-7073-4011-8ac7-e3349a965628</vt:lpwstr>
  </property>
</Properties>
</file>